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74F7C" w14:textId="6E45B31F" w:rsidR="00F80644" w:rsidRDefault="005C773D" w:rsidP="00F80644">
      <w:pPr>
        <w:spacing w:after="240"/>
        <w:jc w:val="center"/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</w:pPr>
      <w:r>
        <w:rPr>
          <w:rFonts w:ascii="BIZ UD明朝 Medium" w:eastAsia="BIZ UD明朝 Medium" w:hAnsi="BIZ UD明朝 Medium" w:hint="eastAsia"/>
          <w:bCs/>
          <w:color w:val="000000" w:themeColor="text1"/>
          <w:sz w:val="24"/>
          <w:szCs w:val="24"/>
          <w:lang w:eastAsia="ja-JP"/>
        </w:rPr>
        <w:t>2026</w:t>
      </w:r>
      <w:r w:rsidR="00C75AF6">
        <w:rPr>
          <w:rFonts w:ascii="BIZ UD明朝 Medium" w:eastAsia="BIZ UD明朝 Medium" w:hAnsi="BIZ UD明朝 Medium" w:hint="eastAsia"/>
          <w:bCs/>
          <w:color w:val="000000" w:themeColor="text1"/>
          <w:sz w:val="24"/>
          <w:szCs w:val="24"/>
          <w:lang w:eastAsia="ja-JP"/>
        </w:rPr>
        <w:t>ヒロシマ</w:t>
      </w:r>
      <w:r w:rsidRPr="005C773D"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  <w:t>からの平和アピール（案）</w:t>
      </w:r>
    </w:p>
    <w:p w14:paraId="7BEA867E" w14:textId="1B6959B4" w:rsidR="003612AA" w:rsidRDefault="00F80644" w:rsidP="003612AA">
      <w:pPr>
        <w:spacing w:after="240"/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</w:pPr>
      <w:r>
        <w:rPr>
          <w:rFonts w:ascii="BIZ UD明朝 Medium" w:eastAsia="BIZ UD明朝 Medium" w:hAnsi="BIZ UD明朝 Medium" w:hint="eastAsia"/>
          <w:bCs/>
          <w:color w:val="000000" w:themeColor="text1"/>
          <w:sz w:val="24"/>
          <w:szCs w:val="24"/>
          <w:lang w:eastAsia="ja-JP"/>
        </w:rPr>
        <w:t xml:space="preserve">　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1945年</w:t>
      </w:r>
      <w:r w:rsidR="0006726F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8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月</w:t>
      </w:r>
      <w:r w:rsidR="0006726F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6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日</w:t>
      </w:r>
      <w:r w:rsidR="005E45B8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午前</w:t>
      </w:r>
      <w:r w:rsidR="00E434B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8時15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分。</w:t>
      </w:r>
      <w:r w:rsidR="00EA4608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広島に人類史上</w:t>
      </w:r>
      <w:r w:rsidR="00A12A05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初めて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原子爆弾が</w:t>
      </w:r>
      <w:r w:rsidR="001C54C8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投下され、</w:t>
      </w:r>
      <w:r w:rsidR="005C4162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街は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一瞬にして</w:t>
      </w:r>
      <w:r w:rsidR="00E9505C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焦土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と化し、</w:t>
      </w:r>
      <w:r w:rsidR="00774EF8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14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万人</w:t>
      </w:r>
      <w:r w:rsidR="00774EF8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余りの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尊い命</w:t>
      </w:r>
      <w:r w:rsidR="004066B9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が奪われた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。戦後81年が経過した</w:t>
      </w:r>
      <w:r w:rsidR="00F14800"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今なお</w:t>
      </w:r>
      <w:r w:rsidR="00F1480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、</w:t>
      </w:r>
      <w:r w:rsidR="00F14800"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世界には約12,000発の核兵器が存在し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、放射線の後遺症は被爆者を苦しめ続けている。核兵器がもたらす生き地獄を、二度と繰り返してはならない。「ノーモア・ヒロシマ、ノーモア・ナガサキ、ノーモア・ヒバクシャ」。核兵器のない世界は、被爆者の悲願である。</w:t>
      </w:r>
      <w:r w:rsidR="003612AA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br/>
      </w:r>
    </w:p>
    <w:p w14:paraId="372A46C7" w14:textId="532BB3B4" w:rsidR="003612AA" w:rsidRDefault="00F80644" w:rsidP="003612AA">
      <w:pPr>
        <w:spacing w:after="240"/>
        <w:ind w:firstLineChars="100" w:firstLine="240"/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</w:pP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国際社会に目を向ければ核</w:t>
      </w:r>
      <w:r w:rsidR="00F1480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兵器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の脅威は深刻さを増している。ウクライナ侵略と核</w:t>
      </w:r>
      <w:r w:rsidR="00F1480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兵器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による威嚇を続けるロシア、ミサイル発射を繰り返す北朝鮮、緊張が続く中東など、核</w:t>
      </w:r>
      <w:r w:rsidR="00F1480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兵器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使用の危機が現実味を帯びる中、2026年5月の第11回ＮＰＴ再検討会議は、主要国の対立から3回連続で最終文書を不採択のまま閉幕した。核軍縮・不拡散体制の信頼を大きく損ねる、極めて遺憾な事態である。</w:t>
      </w:r>
      <w:r w:rsidR="003612AA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br/>
      </w:r>
    </w:p>
    <w:p w14:paraId="41DF51DF" w14:textId="33A31E57" w:rsidR="003612AA" w:rsidRDefault="00F80644" w:rsidP="003612AA">
      <w:pPr>
        <w:spacing w:after="240"/>
        <w:ind w:firstLineChars="100" w:firstLine="240"/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</w:pP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しかし、私たちは立ち止まらない。2024年、日本被団協のノーベル平和賞受賞は、長年の被爆者の訴えが世界に認められた希望の光である。平均年齢が8</w:t>
      </w:r>
      <w:r w:rsidR="00BA4154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6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歳を超え高齢化が進む被爆者の声を風化させることなく、戦争の悲惨さと平和の尊さを胸に刻み、未来を生きる次世代へと確実に継承してい</w:t>
      </w:r>
      <w:r w:rsidR="00F1480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く。</w:t>
      </w:r>
      <w:r w:rsidR="003612AA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br/>
      </w:r>
    </w:p>
    <w:p w14:paraId="440DEE0D" w14:textId="13CFC22E" w:rsidR="003612AA" w:rsidRDefault="00F80644" w:rsidP="003612AA">
      <w:pPr>
        <w:spacing w:after="240"/>
        <w:ind w:firstLineChars="100" w:firstLine="240"/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</w:pP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平和な未来（あした）を切り拓くためには、国際社会全体が対話と連携をさらに強め、核兵器廃絶への具体的な行動を力強く進める</w:t>
      </w:r>
      <w:r w:rsidR="00761E1C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べきで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ある。核兵器保有国をはじめとする世界のリーダーたちには、「核抑止論」に依存する姿勢を改め、軍縮への明確なイニシアチブと責任ある決断を強く求める。唯一の戦争被爆国である日本政府こそ、「核兵器のない世界」の実現に向けて、自らが果たすべき役割と責任を全うすべき時である。</w:t>
      </w:r>
      <w:r w:rsidR="003612AA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br/>
      </w:r>
    </w:p>
    <w:p w14:paraId="52A8ACAE" w14:textId="245918A2" w:rsidR="003612AA" w:rsidRDefault="00F80644" w:rsidP="00682F20">
      <w:pPr>
        <w:spacing w:after="240"/>
        <w:ind w:firstLineChars="100" w:firstLine="240"/>
        <w:rPr>
          <w:rFonts w:ascii="BIZ UD明朝 Medium" w:eastAsia="BIZ UD明朝 Medium" w:hAnsi="BIZ UD明朝 Medium" w:hint="eastAsia"/>
          <w:bCs/>
          <w:color w:val="000000" w:themeColor="text1"/>
          <w:sz w:val="24"/>
          <w:szCs w:val="24"/>
          <w:lang w:eastAsia="ja-JP"/>
        </w:rPr>
      </w:pP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連合は、原水禁、ＫＡＫＫＩＮとともに、</w:t>
      </w:r>
      <w:r w:rsidR="00011686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ＮＰＴ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再検討会議に向けて署名運動を展開し、国内外から</w:t>
      </w:r>
      <w:r w:rsidR="00F14800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寄せられた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524万筆を超える</w:t>
      </w:r>
      <w:r w:rsidR="007E2951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平和への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意思を国連と政府に提出した。</w:t>
      </w:r>
      <w:r w:rsidR="00F124EF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そ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の</w:t>
      </w:r>
      <w:r w:rsidR="00F124EF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重み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を胸に、</w:t>
      </w:r>
      <w:r w:rsidR="00B85BF4">
        <w:rPr>
          <w:rFonts w:ascii="BIZ UD明朝 Medium" w:eastAsia="BIZ UD明朝 Medium" w:hAnsi="BIZ UD明朝 Medium" w:hint="eastAsia"/>
          <w:bCs/>
          <w:color w:val="000000" w:themeColor="text1"/>
          <w:sz w:val="24"/>
          <w:szCs w:val="24"/>
          <w:lang w:eastAsia="ja-JP"/>
        </w:rPr>
        <w:t>私</w:t>
      </w:r>
      <w:r w:rsidR="00B85BF4" w:rsidRPr="00B85BF4"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  <w:t>たちはこれからも、</w:t>
      </w:r>
      <w:r w:rsidR="00954F60" w:rsidRPr="00954F60"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  <w:t>被爆の実相を世界へ発信し、核兵器のない世界を実現するために</w:t>
      </w:r>
      <w:r w:rsidR="00B85BF4" w:rsidRPr="00B85BF4"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  <w:t>、</w:t>
      </w:r>
      <w:r w:rsidR="00C91FC8" w:rsidRPr="009A4979">
        <w:rPr>
          <w:rFonts w:ascii="BIZ UD明朝 Medium" w:eastAsia="BIZ UD明朝 Medium" w:hAnsi="BIZ UD明朝 Medium" w:hint="eastAsia"/>
          <w:bCs/>
          <w:sz w:val="24"/>
          <w:szCs w:val="24"/>
          <w:lang w:eastAsia="ja-JP"/>
        </w:rPr>
        <w:t>これまで共に平和運動に取り組んできた団体</w:t>
      </w:r>
      <w:r w:rsidR="00B85BF4" w:rsidRPr="009A4979">
        <w:rPr>
          <w:rFonts w:ascii="BIZ UD明朝 Medium" w:eastAsia="BIZ UD明朝 Medium" w:hAnsi="BIZ UD明朝 Medium"/>
          <w:bCs/>
          <w:sz w:val="24"/>
          <w:szCs w:val="24"/>
          <w:lang w:eastAsia="ja-JP"/>
        </w:rPr>
        <w:t>との連</w:t>
      </w:r>
      <w:r w:rsidR="00B85BF4" w:rsidRPr="00B85BF4"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  <w:t>携を強化していく。</w:t>
      </w:r>
      <w:r w:rsidR="003612AA"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  <w:br/>
      </w:r>
    </w:p>
    <w:p w14:paraId="1F54C9B9" w14:textId="6E08621C" w:rsidR="00F80644" w:rsidRPr="00F80644" w:rsidRDefault="00F80644" w:rsidP="00682F20">
      <w:pPr>
        <w:spacing w:after="240"/>
        <w:ind w:firstLineChars="100" w:firstLine="240"/>
        <w:rPr>
          <w:rFonts w:ascii="BIZ UD明朝 Medium" w:eastAsia="BIZ UD明朝 Medium" w:hAnsi="BIZ UD明朝 Medium"/>
          <w:bCs/>
          <w:color w:val="000000" w:themeColor="text1"/>
          <w:sz w:val="24"/>
          <w:szCs w:val="24"/>
          <w:lang w:eastAsia="ja-JP"/>
        </w:rPr>
      </w:pP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戦後・被爆81年の節目に平和への強い誓いを新たに共有し、対話と連帯を深め</w:t>
      </w:r>
      <w:r w:rsidR="005574EC">
        <w:rPr>
          <w:rFonts w:ascii="BIZ UD明朝 Medium" w:eastAsia="BIZ UD明朝 Medium" w:hAnsi="BIZ UD明朝 Medium" w:cs="ＭＳ 明朝" w:hint="eastAsia"/>
          <w:sz w:val="24"/>
          <w:szCs w:val="24"/>
          <w:lang w:eastAsia="ja-JP"/>
        </w:rPr>
        <w:t>粘り強く運動を続けて</w:t>
      </w:r>
      <w:r w:rsidRPr="00F80644">
        <w:rPr>
          <w:rFonts w:ascii="BIZ UD明朝 Medium" w:eastAsia="BIZ UD明朝 Medium" w:hAnsi="BIZ UD明朝 Medium" w:cs="ＭＳ 明朝"/>
          <w:sz w:val="24"/>
          <w:szCs w:val="24"/>
          <w:lang w:eastAsia="ja-JP"/>
        </w:rPr>
        <w:t>いくことをここに宣言する。</w:t>
      </w:r>
    </w:p>
    <w:p w14:paraId="34ACCBC5" w14:textId="24FF5301" w:rsidR="00F80644" w:rsidRPr="00F80644" w:rsidRDefault="00F80644" w:rsidP="00F80644">
      <w:pPr>
        <w:spacing w:before="80" w:after="80"/>
        <w:ind w:firstLine="210"/>
        <w:rPr>
          <w:rFonts w:ascii="BIZ UD明朝 Medium" w:eastAsia="BIZ UD明朝 Medium" w:hAnsi="BIZ UD明朝 Medium" w:cs="ＭＳ 明朝"/>
          <w:sz w:val="24"/>
          <w:szCs w:val="24"/>
          <w:lang w:eastAsia="ja-JP"/>
        </w:rPr>
      </w:pPr>
    </w:p>
    <w:p w14:paraId="5CB972BD" w14:textId="69AB2AD7" w:rsidR="004D62AB" w:rsidRPr="00F80644" w:rsidRDefault="00C05CD3" w:rsidP="00F80644">
      <w:pPr>
        <w:jc w:val="right"/>
        <w:rPr>
          <w:lang w:eastAsia="ja-JP"/>
        </w:rPr>
      </w:pPr>
      <w:r w:rsidRPr="00002B6D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 xml:space="preserve">　20</w:t>
      </w:r>
      <w:r w:rsidRPr="00002B6D">
        <w:rPr>
          <w:rFonts w:ascii="BIZ UD明朝 Medium" w:eastAsia="BIZ UD明朝 Medium" w:hAnsi="BIZ UD明朝 Medium" w:cs="ＭＳ Ｐゴシック"/>
          <w:color w:val="000000"/>
          <w:sz w:val="24"/>
          <w:szCs w:val="24"/>
          <w:lang w:eastAsia="ja-JP"/>
        </w:rPr>
        <w:t>2</w:t>
      </w:r>
      <w:r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6</w:t>
      </w:r>
      <w:r w:rsidRPr="00002B6D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年8月</w:t>
      </w:r>
      <w:r w:rsidR="007911B7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5</w:t>
      </w:r>
      <w:r w:rsidRPr="00002B6D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日</w:t>
      </w:r>
      <w:r>
        <w:rPr>
          <w:rFonts w:ascii="BIZ UD明朝 Medium" w:eastAsia="BIZ UD明朝 Medium" w:hAnsi="BIZ UD明朝 Medium" w:cs="ＭＳ Ｐゴシック"/>
          <w:color w:val="000000"/>
          <w:sz w:val="24"/>
          <w:szCs w:val="24"/>
          <w:lang w:eastAsia="ja-JP"/>
        </w:rPr>
        <w:br/>
      </w:r>
      <w:r w:rsidRPr="00002B6D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 xml:space="preserve">　　　　　　　　　　　　　　　　　　　　　　　　　連合20</w:t>
      </w:r>
      <w:r w:rsidRPr="00002B6D">
        <w:rPr>
          <w:rFonts w:ascii="BIZ UD明朝 Medium" w:eastAsia="BIZ UD明朝 Medium" w:hAnsi="BIZ UD明朝 Medium" w:cs="ＭＳ Ｐゴシック"/>
          <w:color w:val="000000"/>
          <w:sz w:val="24"/>
          <w:szCs w:val="24"/>
          <w:lang w:eastAsia="ja-JP"/>
        </w:rPr>
        <w:t>2</w:t>
      </w:r>
      <w:r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6</w:t>
      </w:r>
      <w:r w:rsidRPr="00002B6D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平和</w:t>
      </w:r>
      <w:r w:rsidR="00B47914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ヒロシマ</w:t>
      </w:r>
      <w:r w:rsidR="00F80644">
        <w:rPr>
          <w:rFonts w:ascii="BIZ UD明朝 Medium" w:eastAsia="BIZ UD明朝 Medium" w:hAnsi="BIZ UD明朝 Medium" w:cs="ＭＳ Ｐゴシック" w:hint="eastAsia"/>
          <w:color w:val="000000"/>
          <w:sz w:val="24"/>
          <w:szCs w:val="24"/>
          <w:lang w:eastAsia="ja-JP"/>
        </w:rPr>
        <w:t>集会</w:t>
      </w:r>
    </w:p>
    <w:sectPr w:rsidR="004D62AB" w:rsidRPr="00F80644" w:rsidSect="00034616">
      <w:footerReference w:type="default" r:id="rId8"/>
      <w:pgSz w:w="11909" w:h="16834"/>
      <w:pgMar w:top="1138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1B3E8" w14:textId="77777777" w:rsidR="007B130A" w:rsidRDefault="007B130A">
      <w:pPr>
        <w:spacing w:after="0" w:line="240" w:lineRule="auto"/>
      </w:pPr>
      <w:r>
        <w:separator/>
      </w:r>
    </w:p>
  </w:endnote>
  <w:endnote w:type="continuationSeparator" w:id="0">
    <w:p w14:paraId="5A35BDEB" w14:textId="77777777" w:rsidR="007B130A" w:rsidRDefault="007B1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4F1AA" w14:textId="77777777" w:rsidR="004D62AB" w:rsidRDefault="004A1445">
    <w:pPr>
      <w:pStyle w:val="a7"/>
      <w:jc w:val="center"/>
    </w:pPr>
    <w:r>
      <w:rPr>
        <w:rFonts w:ascii="游明朝" w:eastAsia="游明朝" w:hAnsi="游明朝"/>
      </w:rPr>
      <w:t xml:space="preserve">Page </w:t>
    </w:r>
    <w:r>
      <w:fldChar w:fldCharType="begin"/>
    </w:r>
    <w:r>
      <w:instrText>PAGE</w:instrText>
    </w:r>
    <w:r>
      <w:fldChar w:fldCharType="separate"/>
    </w:r>
    <w:r w:rsidR="00B7379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CBD06" w14:textId="77777777" w:rsidR="007B130A" w:rsidRDefault="007B130A">
      <w:pPr>
        <w:spacing w:after="0" w:line="240" w:lineRule="auto"/>
      </w:pPr>
      <w:r>
        <w:separator/>
      </w:r>
    </w:p>
  </w:footnote>
  <w:footnote w:type="continuationSeparator" w:id="0">
    <w:p w14:paraId="171D88DB" w14:textId="77777777" w:rsidR="007B130A" w:rsidRDefault="007B1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0476162">
    <w:abstractNumId w:val="8"/>
  </w:num>
  <w:num w:numId="2" w16cid:durableId="1828401389">
    <w:abstractNumId w:val="6"/>
  </w:num>
  <w:num w:numId="3" w16cid:durableId="1537698092">
    <w:abstractNumId w:val="5"/>
  </w:num>
  <w:num w:numId="4" w16cid:durableId="22823397">
    <w:abstractNumId w:val="4"/>
  </w:num>
  <w:num w:numId="5" w16cid:durableId="1020854273">
    <w:abstractNumId w:val="7"/>
  </w:num>
  <w:num w:numId="6" w16cid:durableId="2029328624">
    <w:abstractNumId w:val="3"/>
  </w:num>
  <w:num w:numId="7" w16cid:durableId="301083871">
    <w:abstractNumId w:val="2"/>
  </w:num>
  <w:num w:numId="8" w16cid:durableId="1618827633">
    <w:abstractNumId w:val="1"/>
  </w:num>
  <w:num w:numId="9" w16cid:durableId="477496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1686"/>
    <w:rsid w:val="00034616"/>
    <w:rsid w:val="00046AC2"/>
    <w:rsid w:val="00056766"/>
    <w:rsid w:val="0006063C"/>
    <w:rsid w:val="0006726F"/>
    <w:rsid w:val="000752F1"/>
    <w:rsid w:val="000A4FE5"/>
    <w:rsid w:val="001178CE"/>
    <w:rsid w:val="001211BF"/>
    <w:rsid w:val="0015074B"/>
    <w:rsid w:val="00170338"/>
    <w:rsid w:val="001C54C8"/>
    <w:rsid w:val="001D2AEC"/>
    <w:rsid w:val="001F3B92"/>
    <w:rsid w:val="0029639D"/>
    <w:rsid w:val="002A7657"/>
    <w:rsid w:val="002C0D41"/>
    <w:rsid w:val="002F2BBC"/>
    <w:rsid w:val="0030099B"/>
    <w:rsid w:val="00326F90"/>
    <w:rsid w:val="003612AA"/>
    <w:rsid w:val="003649FC"/>
    <w:rsid w:val="00392A56"/>
    <w:rsid w:val="003B5E29"/>
    <w:rsid w:val="003C7606"/>
    <w:rsid w:val="003D6B0A"/>
    <w:rsid w:val="003F0831"/>
    <w:rsid w:val="0040113E"/>
    <w:rsid w:val="004066B9"/>
    <w:rsid w:val="00452350"/>
    <w:rsid w:val="004A1445"/>
    <w:rsid w:val="004D62AB"/>
    <w:rsid w:val="004F2C8C"/>
    <w:rsid w:val="00555570"/>
    <w:rsid w:val="005574EC"/>
    <w:rsid w:val="005C4162"/>
    <w:rsid w:val="005C773D"/>
    <w:rsid w:val="005E45B8"/>
    <w:rsid w:val="006719B7"/>
    <w:rsid w:val="00682F20"/>
    <w:rsid w:val="006A2466"/>
    <w:rsid w:val="006A4C6D"/>
    <w:rsid w:val="006B051E"/>
    <w:rsid w:val="00723DCF"/>
    <w:rsid w:val="00741DEC"/>
    <w:rsid w:val="00761E1C"/>
    <w:rsid w:val="00774EF8"/>
    <w:rsid w:val="007911B7"/>
    <w:rsid w:val="00791F65"/>
    <w:rsid w:val="007B130A"/>
    <w:rsid w:val="007E2951"/>
    <w:rsid w:val="007F7438"/>
    <w:rsid w:val="008026D1"/>
    <w:rsid w:val="00831269"/>
    <w:rsid w:val="00854CC7"/>
    <w:rsid w:val="008B0DF5"/>
    <w:rsid w:val="008B14DD"/>
    <w:rsid w:val="008B3105"/>
    <w:rsid w:val="0094209A"/>
    <w:rsid w:val="00950C86"/>
    <w:rsid w:val="00954F60"/>
    <w:rsid w:val="00956747"/>
    <w:rsid w:val="00963DA8"/>
    <w:rsid w:val="009A4979"/>
    <w:rsid w:val="00A0498D"/>
    <w:rsid w:val="00A12A05"/>
    <w:rsid w:val="00A138C1"/>
    <w:rsid w:val="00A558EB"/>
    <w:rsid w:val="00A95A99"/>
    <w:rsid w:val="00AA1D8D"/>
    <w:rsid w:val="00AB63E3"/>
    <w:rsid w:val="00AE1270"/>
    <w:rsid w:val="00B01778"/>
    <w:rsid w:val="00B34E94"/>
    <w:rsid w:val="00B47730"/>
    <w:rsid w:val="00B47914"/>
    <w:rsid w:val="00B5003B"/>
    <w:rsid w:val="00B73791"/>
    <w:rsid w:val="00B85BF4"/>
    <w:rsid w:val="00BA4154"/>
    <w:rsid w:val="00BF10E5"/>
    <w:rsid w:val="00C05CD3"/>
    <w:rsid w:val="00C57E48"/>
    <w:rsid w:val="00C75AF6"/>
    <w:rsid w:val="00C91FC8"/>
    <w:rsid w:val="00CB0664"/>
    <w:rsid w:val="00CD5F36"/>
    <w:rsid w:val="00D22CF7"/>
    <w:rsid w:val="00D46690"/>
    <w:rsid w:val="00D629B5"/>
    <w:rsid w:val="00E434B0"/>
    <w:rsid w:val="00E445AD"/>
    <w:rsid w:val="00E66DA9"/>
    <w:rsid w:val="00E9505C"/>
    <w:rsid w:val="00EA0E0E"/>
    <w:rsid w:val="00EA34AC"/>
    <w:rsid w:val="00EA4608"/>
    <w:rsid w:val="00EE6B2E"/>
    <w:rsid w:val="00F124EF"/>
    <w:rsid w:val="00F13636"/>
    <w:rsid w:val="00F14800"/>
    <w:rsid w:val="00F734FF"/>
    <w:rsid w:val="00F770F2"/>
    <w:rsid w:val="00F80644"/>
    <w:rsid w:val="00F84AD8"/>
    <w:rsid w:val="00FB0C3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B60B0D"/>
  <w14:defaultImageDpi w14:val="300"/>
  <w15:docId w15:val="{DAE787E6-593E-4177-A19D-210AF829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">
    <w:name w:val="Revision"/>
    <w:hidden/>
    <w:uiPriority w:val="99"/>
    <w:semiHidden/>
    <w:rsid w:val="00F14800"/>
    <w:pPr>
      <w:spacing w:after="0" w:line="240" w:lineRule="auto"/>
    </w:pPr>
  </w:style>
  <w:style w:type="character" w:styleId="aff0">
    <w:name w:val="annotation reference"/>
    <w:basedOn w:val="a2"/>
    <w:uiPriority w:val="99"/>
    <w:semiHidden/>
    <w:unhideWhenUsed/>
    <w:rsid w:val="00F14800"/>
    <w:rPr>
      <w:sz w:val="18"/>
      <w:szCs w:val="18"/>
    </w:rPr>
  </w:style>
  <w:style w:type="paragraph" w:styleId="aff1">
    <w:name w:val="annotation text"/>
    <w:basedOn w:val="a1"/>
    <w:link w:val="aff2"/>
    <w:uiPriority w:val="99"/>
    <w:unhideWhenUsed/>
    <w:rsid w:val="00F14800"/>
  </w:style>
  <w:style w:type="character" w:customStyle="1" w:styleId="aff2">
    <w:name w:val="コメント文字列 (文字)"/>
    <w:basedOn w:val="a2"/>
    <w:link w:val="aff1"/>
    <w:uiPriority w:val="99"/>
    <w:rsid w:val="00F14800"/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14800"/>
    <w:rPr>
      <w:b/>
      <w:bCs/>
    </w:rPr>
  </w:style>
  <w:style w:type="character" w:customStyle="1" w:styleId="aff4">
    <w:name w:val="コメント内容 (文字)"/>
    <w:basedOn w:val="aff2"/>
    <w:link w:val="aff3"/>
    <w:uiPriority w:val="99"/>
    <w:semiHidden/>
    <w:rsid w:val="00F148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499</Words>
  <Characters>514</Characters>
  <Application>Microsoft Office Word</Application>
  <DocSecurity>0</DocSecurity>
  <Lines>17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小石　奈々恵</cp:lastModifiedBy>
  <cp:revision>4</cp:revision>
  <dcterms:created xsi:type="dcterms:W3CDTF">2026-07-15T00:41:00Z</dcterms:created>
  <dcterms:modified xsi:type="dcterms:W3CDTF">2026-07-16T01:10:00Z</dcterms:modified>
  <cp:category/>
</cp:coreProperties>
</file>